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黑体"/>
          <w:b/>
          <w:color w:val="1D4E9E"/>
          <w:sz w:val="32"/>
        </w:rPr>
        <w:t>股东协议</w:t>
      </w:r>
    </w:p>
    <w:p>
      <w:pPr>
        <w:jc w:val="center"/>
      </w:pPr>
      <w:r>
        <w:rPr>
          <w:rFonts w:ascii="Times New Roman" w:hAnsi="Times New Roman" w:eastAsia="宋体"/>
          <w:b w:val="0"/>
          <w:color w:val="222B3A"/>
          <w:sz w:val="18"/>
        </w:rPr>
        <w:t>（参考模板 · 请根据实际情况修改并由专业律师审核）</w:t>
      </w:r>
    </w:p>
    <w:p>
      <w:pPr>
        <w:jc w:val="center"/>
      </w:pPr>
      <w:r>
        <w:rPr>
          <w:rFonts w:ascii="Times New Roman" w:hAnsi="Times New Roman" w:eastAsia="宋体"/>
          <w:b w:val="0"/>
          <w:color w:val="888888"/>
          <w:sz w:val="16"/>
        </w:rPr>
        <w:t>助业谷众创空间 · 创业工具箱 · 模板仅供起草参考，正式使用前请由专业人士审核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公司名称（拟/已设立）：____________  统一社会信用代码：____________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甲方：____________  乙方：____________  丙方：____________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第一条 出资与股权比例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注册资本：____ 万元，出资方式均为货币/非货币（____________）。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股权结构：甲方 ____ 万元占 ____%；乙方 ____ 万元占 ____%；丙方 ____ 万元占 ____%。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出资到位期限：____________；逾期未出资的，其他股东有权要求补足并承担违约责任。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第二条 股东权利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股东依法享有资产收益、参与重大决策、选择管理者等权利。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分红：按股权比例分配，每年审计后经股东会决议进行。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第三条 决策机制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股东会为最高权力机构，普通事项经代表 ____ 以上表决权的股东通过。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重大事项（修改章程、增减注册资本、合并分立解散、对外担保、重大投资）须经代表 ____ 以上表决权的股东通过。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执行董事/总经理：____________，负责日常经营，重大事项报股东会。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第四条 股权转让限制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股东对外转让股权，其他股东在同等条件下享有优先购买权。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创始股东在 ____ 年内不得对外转让股权（经全体股东同意除外）。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股权赠与、质押、继承参照本条执行，或另行约定：____________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第五条 退出机制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股东退出方式：股权转让 / 公司回购（回购价格：____________）。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因离职、严重违约、违法犯罪等情形，其股权处理：____________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第六条 知识产权与竞业禁止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公司设立前后与经营相关的知识产权归属公司/股东（____________）。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股东在公司任职期间不得从事与公司相竞争的业务，离职后竞业限制：____________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第七条 争议解决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因本协议产生的争议，协商解决；协商不成的，向 ____________ 人民法院起诉 / 提交 ____________ 仲裁委员会仲裁。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甲方签字：____________  乙方签字：____________  丙方签字：____________  日期：____________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