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color w:val="1D4E9E"/>
          <w:sz w:val="32"/>
        </w:rPr>
        <w:t>合伙协议</w:t>
      </w:r>
    </w:p>
    <w:p>
      <w:pPr>
        <w:jc w:val="center"/>
      </w:pPr>
      <w:r>
        <w:rPr>
          <w:rFonts w:ascii="Times New Roman" w:hAnsi="Times New Roman" w:eastAsia="宋体"/>
          <w:b w:val="0"/>
          <w:color w:val="222B3A"/>
          <w:sz w:val="18"/>
        </w:rPr>
        <w:t>（参考模板 · 请根据实际情况修改并由专业律师审核）</w:t>
      </w:r>
    </w:p>
    <w:p>
      <w:pPr>
        <w:jc w:val="center"/>
      </w:pPr>
      <w:r>
        <w:rPr>
          <w:rFonts w:ascii="Times New Roman" w:hAnsi="Times New Roman" w:eastAsia="宋体"/>
          <w:b w:val="0"/>
          <w:color w:val="888888"/>
          <w:sz w:val="16"/>
        </w:rPr>
        <w:t>助业谷众创空间 · 创业工具箱 · 模板仅供起草参考，正式使用前请由专业人士审核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甲方（合伙人一）：____________  身份证号：____________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乙方（合伙人二）：____________  身份证号：____________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丙方（合伙人三）：____________  身份证号：____________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第一条 合伙宗旨与经营范围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合伙经营项目/公司名称（拟注册）：____________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合伙宗旨：共同投资、共同经营、共担风险、共享收益。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经营范围：____________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第二条 出资方式与金额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甲方出资：现金 ____ 万元 / 其他（技术、场地、资源等作价 ____ 万元），合计 ____ 万元，占 ____%。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乙方出资：现金 ____ 万元 / 其他（技术、场地、资源等作价 ____ 万元），合计 ____ 万元，占 ____%。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丙方出资：现金 ____ 万元 / 其他（技术、场地、资源等作价 ____ 万元），合计 ____ 万元，占 ____%。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4. 出资到位时间：____________；未按期出资的违约责任：____________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第三条 股权、分工与决策机制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股权比例（如与出资比例不同，注明原因）：____________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分工：甲方负责 ____________，乙方负责 ____________，丙方负责 ____________。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日常经营由 ____ 方牵头；重大事项（对外投资、借款、担保、股权变动、解散等）须经全体合伙人一致同意。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第四条 利润分配与亏损分担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利润分配：按股权比例 / 约定比例（____________）分配。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亏损分担：按股权比例承担；合伙财产不足清偿时，由合伙人按比例承担连带责任。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第五条 入伙、退伙与转让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新合伙人入伙须经全体合伙人同意，并重新签订协议。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合伙人退伙须提前 ____ 日书面通知，经全体同意后结算财产份额。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股权对外转让：其他合伙人在同等条件下享有优先购买权。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第六条 知识产权与保密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合伙期间形成的知识产权归 ____ 所有/共有，约定如下：____________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合伙人应对经营信息、技术秘密承担保密义务，退伙后仍有效。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第七条 解散与清算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解散事由：合伙目的无法实现 / 全体同意解散 / 其他法定情形。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清算：由全体合伙人或委托第三方清算，清偿债务后按股权比例分配剩余财产。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第八条 违约责任与争议解决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违反本协议的违约责任：____________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争议解决：协商 → 调解 → 向 ____________ 人民法院起诉 / 提交仲裁。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甲方签字：____________  日期：____________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乙方签字：____________  日期：____________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丙方签字：____________  日期：____________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