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黑体"/>
          <w:b/>
          <w:color w:val="1D4E9E"/>
          <w:sz w:val="32"/>
        </w:rPr>
        <w:t>劳动合同</w:t>
      </w:r>
    </w:p>
    <w:p>
      <w:pPr>
        <w:jc w:val="center"/>
      </w:pPr>
      <w:r>
        <w:rPr>
          <w:rFonts w:ascii="Times New Roman" w:hAnsi="Times New Roman" w:eastAsia="宋体"/>
          <w:b w:val="0"/>
          <w:color w:val="222B3A"/>
          <w:sz w:val="18"/>
        </w:rPr>
        <w:t>（参考模板 · 请根据实际情况修改并由专业律师审核）</w:t>
      </w:r>
    </w:p>
    <w:p>
      <w:pPr>
        <w:jc w:val="center"/>
      </w:pPr>
      <w:r>
        <w:rPr>
          <w:rFonts w:ascii="Times New Roman" w:hAnsi="Times New Roman" w:eastAsia="宋体"/>
          <w:b w:val="0"/>
          <w:color w:val="888888"/>
          <w:sz w:val="16"/>
        </w:rPr>
        <w:t>助业谷众创空间 · 创业工具箱 · 模板仅供起草参考，正式使用前请由专业人士审核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甲方（用人单位）：____________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乙方（劳动者）：____________  身份证号：____________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第一条 合同期限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本合同期限：□固定期限自 ____ 年 __ 月 __ 日至 ____ 年 __ 月 __ 日 □无固定期限 □以完成一定工作任务为期限。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试用期：自 ____ 年 __ 月 __ 日至 ____ 年 __ 月 __ 日（试用期包含在合同期限内，期限与试用期须符合法律规定）。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第二条 工作内容与地点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工作岗位：____________；工作内容：____________。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工作地点：____________；甲方可因经营需要合理调整岗位，应与乙方协商一致。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第三条 工作时间与休息休假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工时制度：□标准工时 □综合计算工时 □不定时工时。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休息休假：依法享受法定节假日、年休假、婚丧假、产假等。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第四条 劳动报酬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月工资：基本工资 ____ 元 + 绩效/提成（____________），每月 __ 日前发放。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试用期工资不得低于约定工资的 80% 且不得低于当地最低工资标准。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3. 加班工资按法律规定执行。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第五条 社会保险与福利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甲方依法为乙方缴纳社会保险（养老、医疗、失业、工伤、生育）和住房公积金。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其他福利：____________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第六条 劳动保护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甲方为乙方提供符合规定的劳动条件与劳动保护。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乙方应遵守甲方依法制定的规章制度。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第七条 保密与竞业限制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乙方对在职期间知悉的甲方商业秘密、客户信息、技术秘密承担保密义务。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竞业限制约定（如适用）：____________（期限、范围、经济补偿须符合法律规定）。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第八条 合同解除与终止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1. 协商一致可解除；单方解除按《劳动合同法》规定执行，注意提前通知期与代通知金、经济补偿金。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2. 合同终止、续签、经济补偿等事项依法办理。</w:t>
      </w:r>
    </w:p>
    <w:p>
      <w:pPr>
        <w:spacing w:before="200" w:after="80"/>
      </w:pPr>
      <w:r>
        <w:rPr>
          <w:rFonts w:ascii="Times New Roman" w:hAnsi="Times New Roman" w:eastAsia="黑体"/>
          <w:b/>
          <w:color w:val="1D4E9E"/>
          <w:sz w:val="24"/>
        </w:rPr>
        <w:t>第九条 争议解决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双方发生劳动争议，可向劳动争议调解组织申请调解，或向 ____________ 劳动人事争议仲裁委员会申请仲裁。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甲方（盖章）：____________  日期：____________</w:t>
      </w:r>
    </w:p>
    <w:p>
      <w:pPr>
        <w:spacing w:line="336" w:lineRule="auto"/>
      </w:pPr>
      <w:r>
        <w:rPr>
          <w:rFonts w:ascii="Times New Roman" w:hAnsi="Times New Roman" w:eastAsia="宋体"/>
          <w:b w:val="0"/>
          <w:sz w:val="21"/>
        </w:rPr>
        <w:t>乙方（签字）：____________  日期：____________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